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Witness Statement Template</w:t>
      </w:r>
    </w:p>
    <w:p>
      <w:pPr>
        <w:jc w:val="center"/>
      </w:pPr>
      <w:r>
        <w:rPr>
          <w:i/>
          <w:color w:val="374B56"/>
          <w:sz w:val="17"/>
        </w:rPr>
        <w:t>A structured form for recording a first person account and supporting evidence</w:t>
      </w:r>
    </w:p>
    <w:p>
      <w:pPr>
        <w:spacing w:before="100" w:after="60"/>
      </w:pPr>
      <w:r>
        <w:rPr>
          <w:b/>
          <w:color w:val="145569"/>
          <w:sz w:val="19"/>
        </w:rPr>
        <w:t>CASE AND WITNESS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Matter reference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Date prepared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Witness name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Occupation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Address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Contact details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STATEMENT</w:t>
      </w:r>
    </w:p>
    <w:p>
      <w:r>
        <w:rPr>
          <w:b/>
          <w:sz w:val="17"/>
        </w:rPr>
        <w:t>I state the following facts from my own knowledge unless otherwise identified: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before="100" w:after="60"/>
      </w:pPr>
      <w:r>
        <w:rPr>
          <w:b/>
          <w:color w:val="145569"/>
          <w:sz w:val="19"/>
        </w:rPr>
        <w:t>EVIDENCE AND VERIFICATION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328"/>
        <w:gridCol w:w="1656"/>
        <w:gridCol w:w="2304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Exhibit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Source</w:t>
            </w:r>
          </w:p>
        </w:tc>
      </w:tr>
      <w:tr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32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65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532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65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32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65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r>
        <w:rPr>
          <w:b/>
        </w:rPr>
        <w:t xml:space="preserve">Verification: </w:t>
      </w:r>
      <w:r>
        <w:t>I believe the facts stated in this witness statement are true and understand that it may be used for an official or legal purpose.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Witness signature and date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Witness or notary signature and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Review local filing, witnessing and notarization requirements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