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Personal Statement Planning Worksheet</w:t>
      </w:r>
    </w:p>
    <w:p>
      <w:pPr>
        <w:jc w:val="center"/>
      </w:pPr>
      <w:r>
        <w:rPr>
          <w:i/>
          <w:color w:val="374B56"/>
          <w:sz w:val="17"/>
        </w:rPr>
        <w:t>Plan evidence based content before writing a final application statement</w:t>
      </w:r>
    </w:p>
    <w:p>
      <w:pPr>
        <w:spacing w:before="100" w:after="60"/>
      </w:pPr>
      <w:r>
        <w:rPr>
          <w:b/>
          <w:color w:val="145569"/>
          <w:sz w:val="19"/>
        </w:rPr>
        <w:t>APPLICATION FOCUS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Applicant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Program or role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Institution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Deadline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Word limit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Core theme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EVIDENCE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1512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Experience or example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I did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Result or learning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Relevance</w:t>
            </w:r>
          </w:p>
        </w:tc>
      </w:tr>
      <w:tr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51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51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51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51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0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51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STATEMENT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3384"/>
        <w:gridCol w:w="4032"/>
        <w:gridCol w:w="1296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Section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Key message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to include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Words</w:t>
            </w:r>
          </w:p>
        </w:tc>
      </w:tr>
      <w:tr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40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40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40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40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</w:tbl>
    <w:p>
      <w:r>
        <w:rPr>
          <w:b/>
          <w:sz w:val="17"/>
        </w:rPr>
        <w:t>Final checks: clear motivation, specific evidence, honest voice, logical flow and requirements met</w:t>
      </w:r>
    </w:p>
    <w:p>
      <w:pPr>
        <w:spacing w:after="40"/>
      </w:pPr>
      <w:r>
        <w:t>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Applicant review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Reviewer feedback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Use this worksheet for planning; submit the final statement in the format requested by the institution.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